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East Cherokee Soccer Club</w:t>
        <w:br/>
        <w:t>Soccer Referee</w:t>
      </w:r>
    </w:p>
    <w:p>
      <w:pPr>
        <w:pStyle w:val="Heading2"/>
      </w:pPr>
      <w:r>
        <w:t>Position Summary</w:t>
      </w:r>
    </w:p>
    <w:p>
      <w:r>
        <w:t>East Cherokee Soccer Club is seeking dependable, confident, and enthusiastic referees to officiate youth recreational and developmental matches. Referees help create a safe, fair, and enjoyable environment while supporting the growth of young athletes.</w:t>
      </w:r>
    </w:p>
    <w:p>
      <w:pPr>
        <w:pStyle w:val="Heading2"/>
      </w:pPr>
      <w:r>
        <w:t>Key Responsibilities</w:t>
      </w:r>
    </w:p>
    <w:p>
      <w:pPr>
        <w:pStyle w:val="ListBullet"/>
      </w:pPr>
      <w:r>
        <w:t>Officiate assigned matches using the Laws of the Game.</w:t>
      </w:r>
    </w:p>
    <w:p>
      <w:pPr>
        <w:pStyle w:val="ListBullet"/>
      </w:pPr>
      <w:r>
        <w:t>Ensure player safety and promote fair play.</w:t>
      </w:r>
    </w:p>
    <w:p>
      <w:pPr>
        <w:pStyle w:val="ListBullet"/>
      </w:pPr>
      <w:r>
        <w:t>Arrive at least 30 minutes before kickoff.</w:t>
      </w:r>
    </w:p>
    <w:p>
      <w:pPr>
        <w:pStyle w:val="ListBullet"/>
      </w:pPr>
      <w:r>
        <w:t>Inspect fields, goals, and equipment before matches.</w:t>
      </w:r>
    </w:p>
    <w:p>
      <w:pPr>
        <w:pStyle w:val="ListBullet"/>
      </w:pPr>
      <w:r>
        <w:t>Manage game flow professionally and impartially.</w:t>
      </w:r>
    </w:p>
    <w:p>
      <w:pPr>
        <w:pStyle w:val="ListBullet"/>
      </w:pPr>
      <w:r>
        <w:t>Communicate respectfully with coaches, players, parents, and club staff.</w:t>
      </w:r>
    </w:p>
    <w:p>
      <w:pPr>
        <w:pStyle w:val="ListBullet"/>
      </w:pPr>
      <w:r>
        <w:t>Complete match reports when required.</w:t>
      </w:r>
    </w:p>
    <w:p>
      <w:pPr>
        <w:pStyle w:val="ListBullet"/>
      </w:pPr>
      <w:r>
        <w:t>Attend referee meetings and training sessions.</w:t>
      </w:r>
    </w:p>
    <w:p>
      <w:pPr>
        <w:pStyle w:val="Heading2"/>
      </w:pPr>
      <w:r>
        <w:t>Qualifications</w:t>
      </w:r>
    </w:p>
    <w:p>
      <w:pPr>
        <w:pStyle w:val="ListBullet"/>
      </w:pPr>
      <w:r>
        <w:t>Minimum age of 13 (or per state association guidelines).</w:t>
      </w:r>
    </w:p>
    <w:p>
      <w:pPr>
        <w:pStyle w:val="ListBullet"/>
      </w:pPr>
      <w:r>
        <w:t>Current US Soccer Referee Certification or willingness to become certified.</w:t>
      </w:r>
    </w:p>
    <w:p>
      <w:pPr>
        <w:pStyle w:val="ListBullet"/>
      </w:pPr>
      <w:r>
        <w:t>Knowledge of the Laws of the Game.</w:t>
      </w:r>
    </w:p>
    <w:p>
      <w:pPr>
        <w:pStyle w:val="ListBullet"/>
      </w:pPr>
      <w:r>
        <w:t>Strong communication and decision-making skills.</w:t>
      </w:r>
    </w:p>
    <w:p>
      <w:pPr>
        <w:pStyle w:val="ListBullet"/>
      </w:pPr>
      <w:r>
        <w:t>Available on weekends during the soccer season.</w:t>
      </w:r>
    </w:p>
    <w:p>
      <w:pPr>
        <w:pStyle w:val="Heading2"/>
      </w:pPr>
      <w:r>
        <w:t>Preferred Qualities</w:t>
      </w:r>
    </w:p>
    <w:p>
      <w:pPr>
        <w:pStyle w:val="ListBullet"/>
      </w:pPr>
      <w:r>
        <w:t>Professional and dependable.</w:t>
      </w:r>
    </w:p>
    <w:p>
      <w:pPr>
        <w:pStyle w:val="ListBullet"/>
      </w:pPr>
      <w:r>
        <w:t>Calm under pressure.</w:t>
      </w:r>
    </w:p>
    <w:p>
      <w:pPr>
        <w:pStyle w:val="ListBullet"/>
      </w:pPr>
      <w:r>
        <w:t>Positive attitude and willingness to learn.</w:t>
      </w:r>
    </w:p>
    <w:p>
      <w:pPr>
        <w:pStyle w:val="ListBullet"/>
      </w:pPr>
      <w:r>
        <w:t>Strong leadership and conflict-resolution skills.</w:t>
      </w:r>
    </w:p>
    <w:p>
      <w:pPr>
        <w:pStyle w:val="ListBullet"/>
      </w:pPr>
      <w:r>
        <w:t>Passion for soccer and youth development.</w:t>
      </w:r>
    </w:p>
    <w:p>
      <w:pPr>
        <w:pStyle w:val="Heading2"/>
      </w:pPr>
      <w:r>
        <w:t>Benefits</w:t>
      </w:r>
    </w:p>
    <w:p>
      <w:pPr>
        <w:pStyle w:val="ListBullet"/>
      </w:pPr>
      <w:r>
        <w:t>Earn competitive game fees.</w:t>
      </w:r>
    </w:p>
    <w:p>
      <w:pPr>
        <w:pStyle w:val="ListBullet"/>
      </w:pPr>
      <w:r>
        <w:t>Receive mentorship from experienced officials.</w:t>
      </w:r>
    </w:p>
    <w:p>
      <w:pPr>
        <w:pStyle w:val="ListBullet"/>
      </w:pPr>
      <w:r>
        <w:t>Develop leadership and communication skills.</w:t>
      </w:r>
    </w:p>
    <w:p>
      <w:pPr>
        <w:pStyle w:val="ListBullet"/>
      </w:pPr>
      <w:r>
        <w:t>Stay active while supporting the local soccer community.</w:t>
      </w:r>
    </w:p>
    <w:p>
      <w:pPr>
        <w:pStyle w:val="Heading2"/>
      </w:pPr>
      <w:r>
        <w:t>What You'll Help Build</w:t>
      </w:r>
    </w:p>
    <w:p>
      <w:r>
        <w:t>Referees are essential to the success of every match. By joining the ECSC referee team, you'll help provide a positive, safe, and enjoyable experience for players and families while promoting sportsmanship and respect.</w:t>
      </w:r>
    </w:p>
    <w:p>
      <w:r>
        <w:t>Join the ECSC referee team and help make every match fair, fun, and memorable!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