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East Cherokee Soccer Club</w:t>
        <w:br/>
        <w:t>Advanced Development Program (ADP) Coach</w:t>
      </w:r>
    </w:p>
    <w:p/>
    <w:p>
      <w:pPr>
        <w:pStyle w:val="Heading2"/>
      </w:pPr>
      <w:r>
        <w:t>Position Summary</w:t>
      </w:r>
    </w:p>
    <w:p>
      <w:r>
        <w:t>East Cherokee Soccer Club is seeking passionate, energetic, and player-focused coaches to join our Advanced Development Program (ADP). ADP Coaches develop technically skilled, confident, and creative players through high-quality training sessions in a positive and challenging environment. This role is ideal for coaches who prioritize long-term player development over short-term results.</w:t>
      </w:r>
    </w:p>
    <w:p>
      <w:pPr>
        <w:pStyle w:val="Heading2"/>
      </w:pPr>
      <w:r>
        <w:t>Responsibilities</w:t>
      </w:r>
    </w:p>
    <w:p>
      <w:pPr>
        <w:pStyle w:val="ListBullet"/>
      </w:pPr>
      <w:r>
        <w:t>Plan and lead engaging, age-appropriate training sessions focused on technical development.</w:t>
      </w:r>
    </w:p>
    <w:p>
      <w:pPr>
        <w:pStyle w:val="ListBullet"/>
      </w:pPr>
      <w:r>
        <w:t>Foster a positive environment that promotes confidence, discipline, and a love for the game.</w:t>
      </w:r>
    </w:p>
    <w:p>
      <w:pPr>
        <w:pStyle w:val="ListBullet"/>
      </w:pPr>
      <w:r>
        <w:t>Evaluate player progress and provide constructive feedback to players and families.</w:t>
      </w:r>
    </w:p>
    <w:p>
      <w:pPr>
        <w:pStyle w:val="ListBullet"/>
      </w:pPr>
      <w:r>
        <w:t>Support the club's player development curriculum and coaching philosophy.</w:t>
      </w:r>
    </w:p>
    <w:p>
      <w:pPr>
        <w:pStyle w:val="ListBullet"/>
      </w:pPr>
      <w:r>
        <w:t>Work collaboratively with the Director of ADP and fellow coaching staff.</w:t>
      </w:r>
    </w:p>
    <w:p>
      <w:pPr>
        <w:pStyle w:val="ListBullet"/>
      </w:pPr>
      <w:r>
        <w:t>Attend scheduled training sessions, matches, coach meetings, and club events.</w:t>
      </w:r>
    </w:p>
    <w:p>
      <w:pPr>
        <w:pStyle w:val="ListBullet"/>
      </w:pPr>
      <w:r>
        <w:t>Promote sportsmanship, teamwork, and respect on and off the field.</w:t>
      </w:r>
    </w:p>
    <w:p>
      <w:pPr>
        <w:pStyle w:val="ListBullet"/>
      </w:pPr>
      <w:r>
        <w:t>Communicate professionally with players, parents, and club leadership.</w:t>
      </w:r>
    </w:p>
    <w:p>
      <w:pPr>
        <w:pStyle w:val="Heading2"/>
      </w:pPr>
      <w:r>
        <w:t>Qualifications</w:t>
      </w:r>
    </w:p>
    <w:p>
      <w:pPr>
        <w:pStyle w:val="ListBullet"/>
      </w:pPr>
      <w:r>
        <w:t>Previous coaching and/or playing experience required.</w:t>
      </w:r>
    </w:p>
    <w:p>
      <w:pPr>
        <w:pStyle w:val="ListBullet"/>
      </w:pPr>
      <w:r>
        <w:t>US Soccer coaching license preferred (Grassroots, D License, or higher).</w:t>
      </w:r>
    </w:p>
    <w:p>
      <w:pPr>
        <w:pStyle w:val="ListBullet"/>
      </w:pPr>
      <w:r>
        <w:t>Strong understanding of player development principles.</w:t>
      </w:r>
    </w:p>
    <w:p>
      <w:pPr>
        <w:pStyle w:val="ListBullet"/>
      </w:pPr>
      <w:r>
        <w:t>Excellent communication and leadership skills.</w:t>
      </w:r>
    </w:p>
    <w:p>
      <w:pPr>
        <w:pStyle w:val="ListBullet"/>
      </w:pPr>
      <w:r>
        <w:t>Ability to motivate and connect with young athletes.</w:t>
      </w:r>
    </w:p>
    <w:p>
      <w:pPr>
        <w:pStyle w:val="ListBullet"/>
      </w:pPr>
      <w:r>
        <w:t>Complete required background checks and SafeSport training.</w:t>
      </w:r>
    </w:p>
    <w:p>
      <w:pPr>
        <w:pStyle w:val="Heading2"/>
      </w:pPr>
      <w:r>
        <w:t>Preferred Qualities</w:t>
      </w:r>
    </w:p>
    <w:p>
      <w:pPr>
        <w:pStyle w:val="ListBullet"/>
      </w:pPr>
      <w:r>
        <w:t>Passion for player development over winning.</w:t>
      </w:r>
    </w:p>
    <w:p>
      <w:pPr>
        <w:pStyle w:val="ListBullet"/>
      </w:pPr>
      <w:r>
        <w:t>Positive attitude with a growth mindset.</w:t>
      </w:r>
    </w:p>
    <w:p>
      <w:pPr>
        <w:pStyle w:val="ListBullet"/>
      </w:pPr>
      <w:r>
        <w:t>Reliable, organized, and professional.</w:t>
      </w:r>
    </w:p>
    <w:p>
      <w:pPr>
        <w:pStyle w:val="ListBullet"/>
      </w:pPr>
      <w:r>
        <w:t>Enjoys working with children and families.</w:t>
      </w:r>
    </w:p>
    <w:p>
      <w:pPr>
        <w:pStyle w:val="ListBullet"/>
      </w:pPr>
      <w:r>
        <w:t>Team-oriented and committed to continued learning.</w:t>
      </w:r>
    </w:p>
    <w:p>
      <w:pPr>
        <w:pStyle w:val="Heading2"/>
      </w:pPr>
      <w:r>
        <w:t>What You'll Help Build</w:t>
      </w:r>
    </w:p>
    <w:p>
      <w:r>
        <w:t>At ECSC, our mission is to develop players and people. As an ADP Coach, you'll help young athletes improve their technical ability, build confidence, develop character, and discover a lifelong passion for soccer while creating a positive experience for every family.</w:t>
      </w:r>
    </w:p>
    <w:p/>
    <w:p>
      <w:r>
        <w:t>Join us and help shape the next generation of players—one training session at a time.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