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East Cherokee Soccer Club</w:t>
        <w:br/>
        <w:t>Volunteer Intern</w:t>
      </w:r>
    </w:p>
    <w:p>
      <w:pPr>
        <w:pStyle w:val="Heading2"/>
      </w:pPr>
      <w:r>
        <w:t>Position Summary</w:t>
      </w:r>
    </w:p>
    <w:p>
      <w:r>
        <w:t>East Cherokee Soccer Club is looking for enthusiastic, dependable, and community-minded individuals to join our team as Volunteer Interns. This hands-on opportunity provides experience in youth sports management, event operations, coaching support, marketing, and club administration while making a meaningful impact on players and families.</w:t>
      </w:r>
    </w:p>
    <w:p>
      <w:pPr>
        <w:pStyle w:val="Heading2"/>
      </w:pPr>
      <w:r>
        <w:t>Responsibilities</w:t>
      </w:r>
    </w:p>
    <w:p>
      <w:pPr>
        <w:pStyle w:val="ListBullet"/>
      </w:pPr>
      <w:r>
        <w:t>Assist with game day setup and breakdown.</w:t>
      </w:r>
    </w:p>
    <w:p>
      <w:pPr>
        <w:pStyle w:val="ListBullet"/>
      </w:pPr>
      <w:r>
        <w:t>Welcome families and answer questions.</w:t>
      </w:r>
    </w:p>
    <w:p>
      <w:pPr>
        <w:pStyle w:val="ListBullet"/>
      </w:pPr>
      <w:r>
        <w:t>Support coaches during practices, clinics, and camps.</w:t>
      </w:r>
    </w:p>
    <w:p>
      <w:pPr>
        <w:pStyle w:val="ListBullet"/>
      </w:pPr>
      <w:r>
        <w:t>Help organize player registrations and club records.</w:t>
      </w:r>
    </w:p>
    <w:p>
      <w:pPr>
        <w:pStyle w:val="ListBullet"/>
      </w:pPr>
      <w:r>
        <w:t>Assist with roster management and team organization.</w:t>
      </w:r>
    </w:p>
    <w:p>
      <w:pPr>
        <w:pStyle w:val="ListBullet"/>
      </w:pPr>
      <w:r>
        <w:t>Capture photos and videos for social media.</w:t>
      </w:r>
    </w:p>
    <w:p>
      <w:pPr>
        <w:pStyle w:val="ListBullet"/>
      </w:pPr>
      <w:r>
        <w:t>Support tournaments, special events, and fundraising activities.</w:t>
      </w:r>
    </w:p>
    <w:p>
      <w:pPr>
        <w:pStyle w:val="ListBullet"/>
      </w:pPr>
      <w:r>
        <w:t>Help maintain equipment and club facilities.</w:t>
      </w:r>
    </w:p>
    <w:p>
      <w:pPr>
        <w:pStyle w:val="ListBullet"/>
      </w:pPr>
      <w:r>
        <w:t>Complete special projects assigned by club leadership.</w:t>
      </w:r>
    </w:p>
    <w:p>
      <w:pPr>
        <w:pStyle w:val="Heading2"/>
      </w:pPr>
      <w:r>
        <w:t>Qualifications</w:t>
      </w:r>
    </w:p>
    <w:p>
      <w:pPr>
        <w:pStyle w:val="ListBullet"/>
      </w:pPr>
      <w:r>
        <w:t>High school or college student, or recent graduate preferred.</w:t>
      </w:r>
    </w:p>
    <w:p>
      <w:pPr>
        <w:pStyle w:val="ListBullet"/>
      </w:pPr>
      <w:r>
        <w:t>Passion for soccer and youth development.</w:t>
      </w:r>
    </w:p>
    <w:p>
      <w:pPr>
        <w:pStyle w:val="ListBullet"/>
      </w:pPr>
      <w:r>
        <w:t>Positive attitude and willingness to learn.</w:t>
      </w:r>
    </w:p>
    <w:p>
      <w:pPr>
        <w:pStyle w:val="ListBullet"/>
      </w:pPr>
      <w:r>
        <w:t>Strong communication and teamwork skills.</w:t>
      </w:r>
    </w:p>
    <w:p>
      <w:pPr>
        <w:pStyle w:val="ListBullet"/>
      </w:pPr>
      <w:r>
        <w:t>Reliable and able to work occasional evenings and weekends.</w:t>
      </w:r>
    </w:p>
    <w:p>
      <w:pPr>
        <w:pStyle w:val="Heading2"/>
      </w:pPr>
      <w:r>
        <w:t>What You'll Learn</w:t>
      </w:r>
    </w:p>
    <w:p>
      <w:pPr>
        <w:pStyle w:val="ListBullet"/>
      </w:pPr>
      <w:r>
        <w:t>Youth sports management</w:t>
      </w:r>
    </w:p>
    <w:p>
      <w:pPr>
        <w:pStyle w:val="ListBullet"/>
      </w:pPr>
      <w:r>
        <w:t>Leadership and communication</w:t>
      </w:r>
    </w:p>
    <w:p>
      <w:pPr>
        <w:pStyle w:val="ListBullet"/>
      </w:pPr>
      <w:r>
        <w:t>Event planning and operations</w:t>
      </w:r>
    </w:p>
    <w:p>
      <w:pPr>
        <w:pStyle w:val="ListBullet"/>
      </w:pPr>
      <w:r>
        <w:t>Marketing and social media</w:t>
      </w:r>
    </w:p>
    <w:p>
      <w:pPr>
        <w:pStyle w:val="ListBullet"/>
      </w:pPr>
      <w:r>
        <w:t>Coaching and player development</w:t>
      </w:r>
    </w:p>
    <w:p>
      <w:pPr>
        <w:pStyle w:val="ListBullet"/>
      </w:pPr>
      <w:r>
        <w:t>Customer service and teamwork</w:t>
      </w:r>
    </w:p>
    <w:p>
      <w:pPr>
        <w:pStyle w:val="Heading2"/>
      </w:pPr>
      <w:r>
        <w:t>Benefits</w:t>
      </w:r>
    </w:p>
    <w:p>
      <w:pPr>
        <w:pStyle w:val="ListBullet"/>
      </w:pPr>
      <w:r>
        <w:t>Gain valuable hands-on experience.</w:t>
      </w:r>
    </w:p>
    <w:p>
      <w:pPr>
        <w:pStyle w:val="ListBullet"/>
      </w:pPr>
      <w:r>
        <w:t>Receive mentorship from experienced club leaders.</w:t>
      </w:r>
    </w:p>
    <w:p>
      <w:pPr>
        <w:pStyle w:val="ListBullet"/>
      </w:pPr>
      <w:r>
        <w:t>Earn volunteer or internship hours where applicable.</w:t>
      </w:r>
    </w:p>
    <w:p>
      <w:pPr>
        <w:pStyle w:val="ListBullet"/>
      </w:pPr>
      <w:r>
        <w:t>Build your résumé with leadership experience.</w:t>
      </w:r>
    </w:p>
    <w:p>
      <w:pPr>
        <w:pStyle w:val="ListBullet"/>
      </w:pPr>
      <w:r>
        <w:t>Make a positive impact in the community.</w:t>
      </w:r>
    </w:p>
    <w:p>
      <w:pPr>
        <w:pStyle w:val="Heading2"/>
      </w:pPr>
      <w:r>
        <w:t>What You'll Help Build</w:t>
      </w:r>
    </w:p>
    <w:p>
      <w:r>
        <w:t>Your contributions will help create a welcoming, organized, and memorable experience for every ECSC player and family while giving you valuable experience in the sports industry.</w:t>
      </w:r>
    </w:p>
    <w:p>
      <w:r>
        <w:t>Join the ECSC team, grow your skills, and make a difference!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